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1199" w14:textId="44328FA0" w:rsidR="00C576E9" w:rsidRPr="00756B96" w:rsidRDefault="00000000" w:rsidP="00756B96">
      <w:pPr>
        <w:pStyle w:val="1"/>
        <w:spacing w:before="100" w:beforeAutospacing="1" w:after="100" w:afterAutospacing="1" w:line="240" w:lineRule="auto"/>
        <w:jc w:val="center"/>
        <w:rPr>
          <w:sz w:val="32"/>
          <w:szCs w:val="32"/>
        </w:rPr>
      </w:pPr>
      <w:r w:rsidRPr="00756B96">
        <w:rPr>
          <w:sz w:val="32"/>
          <w:szCs w:val="32"/>
        </w:rPr>
        <w:t xml:space="preserve">ELI Peer </w:t>
      </w:r>
      <w:r w:rsidR="008110ED" w:rsidRPr="00756B96">
        <w:rPr>
          <w:sz w:val="32"/>
          <w:szCs w:val="32"/>
        </w:rPr>
        <w:t xml:space="preserve">Observation </w:t>
      </w:r>
      <w:r w:rsidRPr="00756B96">
        <w:rPr>
          <w:sz w:val="32"/>
          <w:szCs w:val="32"/>
        </w:rPr>
        <w:t>Form</w:t>
      </w:r>
    </w:p>
    <w:p w14:paraId="272FCDC3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r w:rsidRPr="00756B96">
        <w:rPr>
          <w:b/>
          <w:sz w:val="28"/>
          <w:szCs w:val="28"/>
        </w:rPr>
        <w:t xml:space="preserve">Purpose: </w:t>
      </w:r>
      <w:r w:rsidRPr="00756B96">
        <w:rPr>
          <w:sz w:val="28"/>
          <w:szCs w:val="28"/>
        </w:rPr>
        <w:t>This classroom visit promotes collegial learning, reflective practice, and the sharing of effective teaching strategies. It is intended for professional development rather than formal evaluation.</w:t>
      </w:r>
    </w:p>
    <w:p w14:paraId="6FF567A3" w14:textId="77777777" w:rsidR="00C576E9" w:rsidRPr="00756B96" w:rsidRDefault="00000000" w:rsidP="00756B96">
      <w:pPr>
        <w:pStyle w:val="21"/>
        <w:spacing w:before="100" w:beforeAutospacing="1" w:after="100" w:afterAutospacing="1" w:line="240" w:lineRule="auto"/>
        <w:rPr>
          <w:sz w:val="32"/>
          <w:szCs w:val="32"/>
        </w:rPr>
      </w:pPr>
      <w:r w:rsidRPr="00756B96">
        <w:rPr>
          <w:sz w:val="32"/>
          <w:szCs w:val="32"/>
        </w:rPr>
        <w:t>General Information</w:t>
      </w: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871"/>
        <w:gridCol w:w="2899"/>
        <w:gridCol w:w="1340"/>
        <w:gridCol w:w="3745"/>
      </w:tblGrid>
      <w:tr w:rsidR="00C576E9" w:rsidRPr="00756B96" w14:paraId="6FAEA75E" w14:textId="77777777" w:rsidTr="00756B96">
        <w:tc>
          <w:tcPr>
            <w:tcW w:w="957" w:type="pct"/>
            <w:shd w:val="clear" w:color="auto" w:fill="F2F2F2" w:themeFill="background1" w:themeFillShade="F2"/>
          </w:tcPr>
          <w:p w14:paraId="3495C217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Observer</w:t>
            </w:r>
          </w:p>
        </w:tc>
        <w:sdt>
          <w:sdtPr>
            <w:rPr>
              <w:sz w:val="28"/>
              <w:szCs w:val="28"/>
            </w:rPr>
            <w:id w:val="-168641694"/>
            <w:placeholder>
              <w:docPart w:val="DefaultPlaceholder_-1854013440"/>
            </w:placeholder>
            <w:showingPlcHdr/>
          </w:sdtPr>
          <w:sdtContent>
            <w:tc>
              <w:tcPr>
                <w:tcW w:w="1478" w:type="pct"/>
              </w:tcPr>
              <w:p w14:paraId="7043B928" w14:textId="3769D3E0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  <w:tc>
          <w:tcPr>
            <w:tcW w:w="658" w:type="pct"/>
            <w:shd w:val="clear" w:color="auto" w:fill="F2F2F2" w:themeFill="background1" w:themeFillShade="F2"/>
          </w:tcPr>
          <w:p w14:paraId="71231456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Instructor</w:t>
            </w:r>
          </w:p>
        </w:tc>
        <w:sdt>
          <w:sdtPr>
            <w:rPr>
              <w:sz w:val="28"/>
              <w:szCs w:val="28"/>
            </w:rPr>
            <w:id w:val="2101062062"/>
            <w:placeholder>
              <w:docPart w:val="DefaultPlaceholder_-1854013440"/>
            </w:placeholder>
            <w:showingPlcHdr/>
          </w:sdtPr>
          <w:sdtContent>
            <w:tc>
              <w:tcPr>
                <w:tcW w:w="1907" w:type="pct"/>
              </w:tcPr>
              <w:p w14:paraId="69D01B27" w14:textId="693A724D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6D214C5B" w14:textId="77777777" w:rsidTr="00756B96">
        <w:tc>
          <w:tcPr>
            <w:tcW w:w="957" w:type="pct"/>
            <w:shd w:val="clear" w:color="auto" w:fill="F2F2F2" w:themeFill="background1" w:themeFillShade="F2"/>
          </w:tcPr>
          <w:p w14:paraId="1A57B930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Course</w:t>
            </w:r>
          </w:p>
        </w:tc>
        <w:sdt>
          <w:sdtPr>
            <w:rPr>
              <w:sz w:val="28"/>
              <w:szCs w:val="28"/>
            </w:rPr>
            <w:id w:val="-889105398"/>
            <w:placeholder>
              <w:docPart w:val="DefaultPlaceholder_-1854013440"/>
            </w:placeholder>
            <w:showingPlcHdr/>
          </w:sdtPr>
          <w:sdtContent>
            <w:tc>
              <w:tcPr>
                <w:tcW w:w="1478" w:type="pct"/>
              </w:tcPr>
              <w:p w14:paraId="3268199D" w14:textId="3405E6AA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  <w:tc>
          <w:tcPr>
            <w:tcW w:w="658" w:type="pct"/>
            <w:shd w:val="clear" w:color="auto" w:fill="F2F2F2" w:themeFill="background1" w:themeFillShade="F2"/>
          </w:tcPr>
          <w:p w14:paraId="5EAB7832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Date</w:t>
            </w:r>
          </w:p>
        </w:tc>
        <w:sdt>
          <w:sdtPr>
            <w:rPr>
              <w:sz w:val="28"/>
              <w:szCs w:val="28"/>
            </w:rPr>
            <w:id w:val="1611697954"/>
            <w:placeholder>
              <w:docPart w:val="DefaultPlaceholder_-1854013437"/>
            </w:placeholder>
            <w:showingPlcHdr/>
            <w:date>
              <w:dateFormat w:val="dd/MM/yy"/>
              <w:lid w:val="ar-SA"/>
              <w:storeMappedDataAs w:val="dateTime"/>
              <w:calendar w:val="gregorian"/>
            </w:date>
          </w:sdtPr>
          <w:sdtContent>
            <w:tc>
              <w:tcPr>
                <w:tcW w:w="1907" w:type="pct"/>
              </w:tcPr>
              <w:p w14:paraId="732F0009" w14:textId="5CB0C32B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تاريخ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71933999" w14:textId="77777777" w:rsidTr="00756B96">
        <w:tc>
          <w:tcPr>
            <w:tcW w:w="957" w:type="pct"/>
            <w:shd w:val="clear" w:color="auto" w:fill="F2F2F2" w:themeFill="background1" w:themeFillShade="F2"/>
          </w:tcPr>
          <w:p w14:paraId="317B3F43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Unit / Lesson</w:t>
            </w:r>
          </w:p>
        </w:tc>
        <w:sdt>
          <w:sdtPr>
            <w:rPr>
              <w:sz w:val="28"/>
              <w:szCs w:val="28"/>
            </w:rPr>
            <w:id w:val="-1354951432"/>
            <w:placeholder>
              <w:docPart w:val="DefaultPlaceholder_-1854013440"/>
            </w:placeholder>
            <w:showingPlcHdr/>
          </w:sdtPr>
          <w:sdtContent>
            <w:tc>
              <w:tcPr>
                <w:tcW w:w="1478" w:type="pct"/>
              </w:tcPr>
              <w:p w14:paraId="6036BF16" w14:textId="5E9C4DC2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  <w:tc>
          <w:tcPr>
            <w:tcW w:w="658" w:type="pct"/>
            <w:shd w:val="clear" w:color="auto" w:fill="F2F2F2" w:themeFill="background1" w:themeFillShade="F2"/>
          </w:tcPr>
          <w:p w14:paraId="2F4D8F5A" w14:textId="77777777" w:rsidR="00C576E9" w:rsidRPr="00756B96" w:rsidRDefault="00000000" w:rsidP="00756B96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Group</w:t>
            </w:r>
          </w:p>
        </w:tc>
        <w:sdt>
          <w:sdtPr>
            <w:rPr>
              <w:sz w:val="28"/>
              <w:szCs w:val="28"/>
            </w:rPr>
            <w:id w:val="-1779255849"/>
            <w:placeholder>
              <w:docPart w:val="DefaultPlaceholder_-1854013440"/>
            </w:placeholder>
            <w:showingPlcHdr/>
          </w:sdtPr>
          <w:sdtContent>
            <w:tc>
              <w:tcPr>
                <w:tcW w:w="1907" w:type="pct"/>
              </w:tcPr>
              <w:p w14:paraId="4D8139CD" w14:textId="2FF09027" w:rsidR="00C576E9" w:rsidRPr="00756B96" w:rsidRDefault="00756B96" w:rsidP="00756B96">
                <w:pPr>
                  <w:spacing w:before="100" w:beforeAutospacing="1" w:after="100" w:afterAutospacing="1"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</w:tbl>
    <w:p w14:paraId="38159167" w14:textId="77777777" w:rsidR="00C576E9" w:rsidRPr="00756B96" w:rsidRDefault="00000000" w:rsidP="00756B96">
      <w:pPr>
        <w:pStyle w:val="21"/>
        <w:spacing w:before="100" w:beforeAutospacing="1" w:after="100" w:afterAutospacing="1" w:line="240" w:lineRule="auto"/>
        <w:rPr>
          <w:sz w:val="32"/>
          <w:szCs w:val="32"/>
        </w:rPr>
      </w:pPr>
      <w:r w:rsidRPr="00756B96">
        <w:rPr>
          <w:sz w:val="32"/>
          <w:szCs w:val="32"/>
        </w:rPr>
        <w:t>Classroom Practices</w:t>
      </w:r>
    </w:p>
    <w:tbl>
      <w:tblPr>
        <w:tblStyle w:val="afa"/>
        <w:tblW w:w="5000" w:type="pct"/>
        <w:jc w:val="center"/>
        <w:tblLook w:val="04A0" w:firstRow="1" w:lastRow="0" w:firstColumn="1" w:lastColumn="0" w:noHBand="0" w:noVBand="1"/>
      </w:tblPr>
      <w:tblGrid>
        <w:gridCol w:w="1687"/>
        <w:gridCol w:w="2957"/>
        <w:gridCol w:w="5211"/>
      </w:tblGrid>
      <w:tr w:rsidR="00C576E9" w:rsidRPr="00756B96" w14:paraId="35A63664" w14:textId="77777777" w:rsidTr="00756B96">
        <w:trPr>
          <w:tblHeader/>
          <w:jc w:val="center"/>
        </w:trPr>
        <w:tc>
          <w:tcPr>
            <w:tcW w:w="856" w:type="pct"/>
            <w:shd w:val="clear" w:color="auto" w:fill="DAEEF3" w:themeFill="accent5" w:themeFillTint="33"/>
          </w:tcPr>
          <w:p w14:paraId="2E77E8C5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Area</w:t>
            </w:r>
          </w:p>
        </w:tc>
        <w:tc>
          <w:tcPr>
            <w:tcW w:w="1500" w:type="pct"/>
            <w:shd w:val="clear" w:color="auto" w:fill="DAEEF3" w:themeFill="accent5" w:themeFillTint="33"/>
          </w:tcPr>
          <w:p w14:paraId="4929AAED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Examples</w:t>
            </w:r>
          </w:p>
        </w:tc>
        <w:tc>
          <w:tcPr>
            <w:tcW w:w="2644" w:type="pct"/>
            <w:shd w:val="clear" w:color="auto" w:fill="DAEEF3" w:themeFill="accent5" w:themeFillTint="33"/>
          </w:tcPr>
          <w:p w14:paraId="5E8F2C60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Observed Practices / Notes</w:t>
            </w:r>
          </w:p>
        </w:tc>
      </w:tr>
      <w:tr w:rsidR="00C576E9" w:rsidRPr="00756B96" w14:paraId="1AC028AA" w14:textId="77777777" w:rsidTr="00756B96">
        <w:trPr>
          <w:jc w:val="center"/>
        </w:trPr>
        <w:tc>
          <w:tcPr>
            <w:tcW w:w="856" w:type="pct"/>
          </w:tcPr>
          <w:p w14:paraId="44817A29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Active Learning</w:t>
            </w:r>
          </w:p>
        </w:tc>
        <w:tc>
          <w:tcPr>
            <w:tcW w:w="1500" w:type="pct"/>
          </w:tcPr>
          <w:p w14:paraId="36385CF3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Pair work, group work, discussion, role play, problem-solving, student presentation</w:t>
            </w:r>
          </w:p>
        </w:tc>
        <w:sdt>
          <w:sdtPr>
            <w:rPr>
              <w:sz w:val="28"/>
              <w:szCs w:val="28"/>
            </w:rPr>
            <w:id w:val="2100134190"/>
            <w:placeholder>
              <w:docPart w:val="DefaultPlaceholder_-1854013440"/>
            </w:placeholder>
            <w:showingPlcHdr/>
          </w:sdtPr>
          <w:sdtContent>
            <w:tc>
              <w:tcPr>
                <w:tcW w:w="2644" w:type="pct"/>
              </w:tcPr>
              <w:p w14:paraId="2B5298E4" w14:textId="0855F6D1" w:rsidR="00C576E9" w:rsidRPr="00756B96" w:rsidRDefault="00756B96" w:rsidP="00756B96">
                <w:pPr>
                  <w:contextualSpacing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58CE03C8" w14:textId="77777777" w:rsidTr="00756B96">
        <w:trPr>
          <w:jc w:val="center"/>
        </w:trPr>
        <w:tc>
          <w:tcPr>
            <w:tcW w:w="856" w:type="pct"/>
          </w:tcPr>
          <w:p w14:paraId="58E4C052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Formative Assessment</w:t>
            </w:r>
          </w:p>
        </w:tc>
        <w:tc>
          <w:tcPr>
            <w:tcW w:w="1500" w:type="pct"/>
          </w:tcPr>
          <w:p w14:paraId="5AB2FD54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Questioning, exit ticket, speaking task, writing task, peer assessment, online activity</w:t>
            </w:r>
          </w:p>
        </w:tc>
        <w:sdt>
          <w:sdtPr>
            <w:rPr>
              <w:sz w:val="28"/>
              <w:szCs w:val="28"/>
            </w:rPr>
            <w:id w:val="1820692835"/>
            <w:placeholder>
              <w:docPart w:val="DefaultPlaceholder_-1854013440"/>
            </w:placeholder>
            <w:showingPlcHdr/>
          </w:sdtPr>
          <w:sdtContent>
            <w:tc>
              <w:tcPr>
                <w:tcW w:w="2644" w:type="pct"/>
              </w:tcPr>
              <w:p w14:paraId="1FAD5CCE" w14:textId="79BC22AD" w:rsidR="00C576E9" w:rsidRPr="00756B96" w:rsidRDefault="00756B96" w:rsidP="00756B96">
                <w:pPr>
                  <w:contextualSpacing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57B647B0" w14:textId="77777777" w:rsidTr="00756B96">
        <w:trPr>
          <w:jc w:val="center"/>
        </w:trPr>
        <w:tc>
          <w:tcPr>
            <w:tcW w:w="856" w:type="pct"/>
          </w:tcPr>
          <w:p w14:paraId="7273EB4A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Learning Resources</w:t>
            </w:r>
          </w:p>
        </w:tc>
        <w:tc>
          <w:tcPr>
            <w:tcW w:w="1500" w:type="pct"/>
          </w:tcPr>
          <w:p w14:paraId="64167BB4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Course book, Blackboard/LMS, PowerPoint, worksheets, multimedia</w:t>
            </w:r>
          </w:p>
        </w:tc>
        <w:sdt>
          <w:sdtPr>
            <w:rPr>
              <w:sz w:val="28"/>
              <w:szCs w:val="28"/>
            </w:rPr>
            <w:id w:val="-703334823"/>
            <w:placeholder>
              <w:docPart w:val="DefaultPlaceholder_-1854013440"/>
            </w:placeholder>
            <w:showingPlcHdr/>
          </w:sdtPr>
          <w:sdtContent>
            <w:tc>
              <w:tcPr>
                <w:tcW w:w="2644" w:type="pct"/>
              </w:tcPr>
              <w:p w14:paraId="4D94921D" w14:textId="1A66B919" w:rsidR="00C576E9" w:rsidRPr="00756B96" w:rsidRDefault="00756B96" w:rsidP="00756B96">
                <w:pPr>
                  <w:contextualSpacing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334541CB" w14:textId="77777777" w:rsidTr="00756B96">
        <w:trPr>
          <w:jc w:val="center"/>
        </w:trPr>
        <w:tc>
          <w:tcPr>
            <w:tcW w:w="856" w:type="pct"/>
          </w:tcPr>
          <w:p w14:paraId="06E90D06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Student Engagement</w:t>
            </w:r>
          </w:p>
        </w:tc>
        <w:tc>
          <w:tcPr>
            <w:tcW w:w="1500" w:type="pct"/>
          </w:tcPr>
          <w:p w14:paraId="35A549BD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Active participation, collaboration, asking questions, responding to tasks</w:t>
            </w:r>
          </w:p>
        </w:tc>
        <w:sdt>
          <w:sdtPr>
            <w:rPr>
              <w:sz w:val="28"/>
              <w:szCs w:val="28"/>
            </w:rPr>
            <w:id w:val="2025208286"/>
            <w:placeholder>
              <w:docPart w:val="DefaultPlaceholder_-1854013440"/>
            </w:placeholder>
            <w:showingPlcHdr/>
          </w:sdtPr>
          <w:sdtContent>
            <w:tc>
              <w:tcPr>
                <w:tcW w:w="2644" w:type="pct"/>
              </w:tcPr>
              <w:p w14:paraId="210AB818" w14:textId="2CB8BA84" w:rsidR="00C576E9" w:rsidRPr="00756B96" w:rsidRDefault="00756B96" w:rsidP="00756B96">
                <w:pPr>
                  <w:contextualSpacing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  <w:tr w:rsidR="00C576E9" w:rsidRPr="00756B96" w14:paraId="56C35F46" w14:textId="77777777" w:rsidTr="00756B96">
        <w:trPr>
          <w:jc w:val="center"/>
        </w:trPr>
        <w:tc>
          <w:tcPr>
            <w:tcW w:w="856" w:type="pct"/>
          </w:tcPr>
          <w:p w14:paraId="02F9D0C2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Classroom Environment</w:t>
            </w:r>
          </w:p>
        </w:tc>
        <w:tc>
          <w:tcPr>
            <w:tcW w:w="1500" w:type="pct"/>
          </w:tcPr>
          <w:p w14:paraId="44CA44F2" w14:textId="77777777" w:rsidR="00C576E9" w:rsidRPr="00756B96" w:rsidRDefault="00000000" w:rsidP="00756B96">
            <w:pPr>
              <w:contextualSpacing/>
              <w:rPr>
                <w:sz w:val="28"/>
                <w:szCs w:val="28"/>
              </w:rPr>
            </w:pPr>
            <w:r w:rsidRPr="00756B96">
              <w:rPr>
                <w:sz w:val="28"/>
                <w:szCs w:val="28"/>
              </w:rPr>
              <w:t>Clear objectives, clear instructions, positive atmosphere, smooth lesson flow, effective pacing</w:t>
            </w:r>
          </w:p>
        </w:tc>
        <w:sdt>
          <w:sdtPr>
            <w:rPr>
              <w:sz w:val="28"/>
              <w:szCs w:val="28"/>
            </w:rPr>
            <w:id w:val="-954094103"/>
            <w:placeholder>
              <w:docPart w:val="DefaultPlaceholder_-1854013440"/>
            </w:placeholder>
            <w:showingPlcHdr/>
          </w:sdtPr>
          <w:sdtContent>
            <w:tc>
              <w:tcPr>
                <w:tcW w:w="2644" w:type="pct"/>
              </w:tcPr>
              <w:p w14:paraId="1EC3C0AD" w14:textId="0A12E012" w:rsidR="00C576E9" w:rsidRPr="00756B96" w:rsidRDefault="00756B96" w:rsidP="00756B96">
                <w:pPr>
                  <w:contextualSpacing/>
                  <w:rPr>
                    <w:sz w:val="28"/>
                    <w:szCs w:val="28"/>
                  </w:rPr>
                </w:pPr>
                <w:r w:rsidRPr="00C43645">
                  <w:rPr>
                    <w:rStyle w:val="aff2"/>
                    <w:rFonts w:hint="cs"/>
                    <w:rtl/>
                  </w:rPr>
                  <w:t>انقر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أو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اضغط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هنا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لإدخال</w:t>
                </w:r>
                <w:r w:rsidRPr="00C43645">
                  <w:rPr>
                    <w:rStyle w:val="aff2"/>
                    <w:rtl/>
                  </w:rPr>
                  <w:t xml:space="preserve"> </w:t>
                </w:r>
                <w:r w:rsidRPr="00C43645">
                  <w:rPr>
                    <w:rStyle w:val="aff2"/>
                    <w:rFonts w:hint="cs"/>
                    <w:rtl/>
                  </w:rPr>
                  <w:t>نص</w:t>
                </w:r>
                <w:r w:rsidRPr="00C43645">
                  <w:rPr>
                    <w:rStyle w:val="aff2"/>
                  </w:rPr>
                  <w:t>.</w:t>
                </w:r>
              </w:p>
            </w:tc>
          </w:sdtContent>
        </w:sdt>
      </w:tr>
    </w:tbl>
    <w:p w14:paraId="202AE3A3" w14:textId="77777777" w:rsidR="00C576E9" w:rsidRPr="00756B96" w:rsidRDefault="00000000" w:rsidP="00756B96">
      <w:pPr>
        <w:pStyle w:val="21"/>
        <w:spacing w:before="100" w:beforeAutospacing="1" w:after="100" w:afterAutospacing="1" w:line="240" w:lineRule="auto"/>
        <w:rPr>
          <w:sz w:val="32"/>
          <w:szCs w:val="32"/>
        </w:rPr>
      </w:pPr>
      <w:r w:rsidRPr="00756B96">
        <w:rPr>
          <w:sz w:val="32"/>
          <w:szCs w:val="32"/>
        </w:rPr>
        <w:lastRenderedPageBreak/>
        <w:t>Professional Reflection</w:t>
      </w:r>
    </w:p>
    <w:p w14:paraId="286BAA93" w14:textId="77777777" w:rsidR="00C576E9" w:rsidRPr="00331680" w:rsidRDefault="00000000" w:rsidP="00756B96">
      <w:pPr>
        <w:spacing w:before="100" w:beforeAutospacing="1" w:after="100" w:afterAutospacing="1" w:line="240" w:lineRule="auto"/>
        <w:rPr>
          <w:sz w:val="28"/>
          <w:szCs w:val="28"/>
          <w:u w:val="single"/>
        </w:rPr>
      </w:pPr>
      <w:r w:rsidRPr="00331680">
        <w:rPr>
          <w:b/>
          <w:sz w:val="28"/>
          <w:szCs w:val="28"/>
          <w:u w:val="single"/>
        </w:rPr>
        <w:t>Effective Teaching Practices Observed</w:t>
      </w:r>
    </w:p>
    <w:p w14:paraId="457B9262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r w:rsidRPr="00756B96">
        <w:rPr>
          <w:sz w:val="28"/>
          <w:szCs w:val="28"/>
        </w:rPr>
        <w:t>What practices were particularly effective?</w:t>
      </w:r>
    </w:p>
    <w:sdt>
      <w:sdtPr>
        <w:rPr>
          <w:sz w:val="28"/>
          <w:szCs w:val="28"/>
        </w:rPr>
        <w:id w:val="-1784951315"/>
        <w:placeholder>
          <w:docPart w:val="DefaultPlaceholder_-1854013440"/>
        </w:placeholder>
      </w:sdtPr>
      <w:sdtContent>
        <w:p w14:paraId="40CB6D28" w14:textId="043B1063" w:rsidR="00C576E9" w:rsidRPr="00756B96" w:rsidRDefault="00000000" w:rsidP="00756B96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________________________________________________</w:t>
          </w:r>
          <w:r w:rsidR="008110ED" w:rsidRPr="00756B96">
            <w:rPr>
              <w:sz w:val="28"/>
              <w:szCs w:val="28"/>
            </w:rPr>
            <w:t>__________________________</w:t>
          </w:r>
          <w:r w:rsidRPr="00756B96">
            <w:rPr>
              <w:sz w:val="28"/>
              <w:szCs w:val="28"/>
            </w:rPr>
            <w:t>________________________________________________________</w:t>
          </w:r>
          <w:r w:rsidR="008110ED" w:rsidRPr="00756B96">
            <w:rPr>
              <w:sz w:val="28"/>
              <w:szCs w:val="28"/>
            </w:rPr>
            <w:t>________</w:t>
          </w:r>
        </w:p>
      </w:sdtContent>
    </w:sdt>
    <w:p w14:paraId="57275E30" w14:textId="77777777" w:rsidR="00C576E9" w:rsidRPr="00331680" w:rsidRDefault="00000000" w:rsidP="00756B96">
      <w:pPr>
        <w:spacing w:before="100" w:beforeAutospacing="1" w:after="100" w:afterAutospacing="1" w:line="240" w:lineRule="auto"/>
        <w:rPr>
          <w:sz w:val="28"/>
          <w:szCs w:val="28"/>
          <w:u w:val="single"/>
        </w:rPr>
      </w:pPr>
      <w:r w:rsidRPr="00331680">
        <w:rPr>
          <w:b/>
          <w:sz w:val="28"/>
          <w:szCs w:val="28"/>
          <w:u w:val="single"/>
        </w:rPr>
        <w:t>Suggestions for Future Practice</w:t>
      </w:r>
    </w:p>
    <w:p w14:paraId="1C553C4B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r w:rsidRPr="00756B96">
        <w:rPr>
          <w:sz w:val="28"/>
          <w:szCs w:val="28"/>
        </w:rPr>
        <w:t>Constructive suggestions to support professional growth.</w:t>
      </w:r>
    </w:p>
    <w:sdt>
      <w:sdtPr>
        <w:rPr>
          <w:sz w:val="28"/>
          <w:szCs w:val="28"/>
        </w:rPr>
        <w:id w:val="456913526"/>
        <w:placeholder>
          <w:docPart w:val="DefaultPlaceholder_-1854013440"/>
        </w:placeholder>
      </w:sdtPr>
      <w:sdtContent>
        <w:p w14:paraId="0CF6CF75" w14:textId="68F04B94" w:rsidR="00C576E9" w:rsidRPr="00756B96" w:rsidRDefault="00000000" w:rsidP="00331680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_____________________________________</w:t>
          </w:r>
          <w:r w:rsidR="008110ED" w:rsidRPr="00756B96">
            <w:rPr>
              <w:sz w:val="28"/>
              <w:szCs w:val="28"/>
            </w:rPr>
            <w:t>__________________________</w:t>
          </w:r>
          <w:r w:rsidRPr="00756B96">
            <w:rPr>
              <w:sz w:val="28"/>
              <w:szCs w:val="28"/>
            </w:rPr>
            <w:t>______</w:t>
          </w:r>
        </w:p>
        <w:p w14:paraId="7381768B" w14:textId="65904DA5" w:rsidR="00C576E9" w:rsidRPr="00756B96" w:rsidRDefault="00000000" w:rsidP="00756B96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__________________________________________</w:t>
          </w:r>
          <w:r w:rsidR="008110ED" w:rsidRPr="00756B96">
            <w:rPr>
              <w:sz w:val="28"/>
              <w:szCs w:val="28"/>
            </w:rPr>
            <w:t>__________________________</w:t>
          </w:r>
          <w:r w:rsidRPr="00756B96">
            <w:rPr>
              <w:sz w:val="28"/>
              <w:szCs w:val="28"/>
            </w:rPr>
            <w:t>_</w:t>
          </w:r>
        </w:p>
      </w:sdtContent>
    </w:sdt>
    <w:p w14:paraId="48ADB7CB" w14:textId="77777777" w:rsidR="00C576E9" w:rsidRPr="00331680" w:rsidRDefault="00000000" w:rsidP="00756B96">
      <w:pPr>
        <w:spacing w:before="100" w:beforeAutospacing="1" w:after="100" w:afterAutospacing="1" w:line="240" w:lineRule="auto"/>
        <w:rPr>
          <w:sz w:val="28"/>
          <w:szCs w:val="28"/>
          <w:u w:val="single"/>
        </w:rPr>
      </w:pPr>
      <w:r w:rsidRPr="00331680">
        <w:rPr>
          <w:b/>
          <w:sz w:val="28"/>
          <w:szCs w:val="28"/>
          <w:u w:val="single"/>
        </w:rPr>
        <w:t>One Idea I Would Like to Implement</w:t>
      </w:r>
    </w:p>
    <w:p w14:paraId="4B70C5FB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r w:rsidRPr="00756B96">
        <w:rPr>
          <w:sz w:val="28"/>
          <w:szCs w:val="28"/>
        </w:rPr>
        <w:t>What is one idea you would like to adopt in your own teaching?</w:t>
      </w:r>
    </w:p>
    <w:sdt>
      <w:sdtPr>
        <w:rPr>
          <w:sz w:val="28"/>
          <w:szCs w:val="28"/>
        </w:rPr>
        <w:id w:val="969782581"/>
        <w:placeholder>
          <w:docPart w:val="DefaultPlaceholder_-1854013440"/>
        </w:placeholder>
      </w:sdtPr>
      <w:sdtContent>
        <w:p w14:paraId="406802DA" w14:textId="6BFFADD2" w:rsidR="00C576E9" w:rsidRPr="00756B96" w:rsidRDefault="00000000" w:rsidP="00331680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__________________________________________________</w:t>
          </w:r>
          <w:r w:rsidR="008110ED" w:rsidRPr="00756B96">
            <w:rPr>
              <w:sz w:val="28"/>
              <w:szCs w:val="28"/>
            </w:rPr>
            <w:t>___________________</w:t>
          </w:r>
        </w:p>
        <w:p w14:paraId="714248C6" w14:textId="4ABC4D4C" w:rsidR="00C576E9" w:rsidRPr="00756B96" w:rsidRDefault="00000000" w:rsidP="00756B96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____________________________________________</w:t>
          </w:r>
          <w:r w:rsidR="008110ED" w:rsidRPr="00756B96">
            <w:rPr>
              <w:sz w:val="28"/>
              <w:szCs w:val="28"/>
            </w:rPr>
            <w:t>_________________________</w:t>
          </w:r>
        </w:p>
      </w:sdtContent>
    </w:sdt>
    <w:p w14:paraId="16EEBD22" w14:textId="77777777" w:rsidR="00C576E9" w:rsidRPr="00331680" w:rsidRDefault="00000000" w:rsidP="00756B96">
      <w:pPr>
        <w:spacing w:before="100" w:beforeAutospacing="1" w:after="100" w:afterAutospacing="1" w:line="240" w:lineRule="auto"/>
        <w:rPr>
          <w:sz w:val="28"/>
          <w:szCs w:val="28"/>
          <w:u w:val="single"/>
        </w:rPr>
      </w:pPr>
      <w:r w:rsidRPr="00331680">
        <w:rPr>
          <w:b/>
          <w:sz w:val="28"/>
          <w:szCs w:val="28"/>
          <w:u w:val="single"/>
        </w:rPr>
        <w:t>Discussion After the Visit</w:t>
      </w:r>
    </w:p>
    <w:p w14:paraId="5FDA75BA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r w:rsidRPr="00756B96">
        <w:rPr>
          <w:sz w:val="28"/>
          <w:szCs w:val="28"/>
        </w:rPr>
        <w:t>Key points discussed during the post-observation conversation.</w:t>
      </w:r>
    </w:p>
    <w:sdt>
      <w:sdtPr>
        <w:rPr>
          <w:sz w:val="28"/>
          <w:szCs w:val="28"/>
        </w:rPr>
        <w:id w:val="441110984"/>
        <w:placeholder>
          <w:docPart w:val="DefaultPlaceholder_-1854013440"/>
        </w:placeholder>
      </w:sdtPr>
      <w:sdtContent>
        <w:p w14:paraId="5AE33922" w14:textId="34EE27C3" w:rsidR="00C576E9" w:rsidRPr="00756B96" w:rsidRDefault="00000000" w:rsidP="00331680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_______________________________</w:t>
          </w:r>
          <w:r w:rsidR="008110ED" w:rsidRPr="00756B96">
            <w:rPr>
              <w:sz w:val="28"/>
              <w:szCs w:val="28"/>
            </w:rPr>
            <w:t>_________________________</w:t>
          </w:r>
          <w:r w:rsidRPr="00756B96">
            <w:rPr>
              <w:sz w:val="28"/>
              <w:szCs w:val="28"/>
            </w:rPr>
            <w:t>_____________</w:t>
          </w:r>
        </w:p>
        <w:p w14:paraId="5A13C203" w14:textId="2F7844CC" w:rsidR="00C576E9" w:rsidRPr="00756B96" w:rsidRDefault="00000000" w:rsidP="00756B96">
          <w:pPr>
            <w:spacing w:before="100" w:beforeAutospacing="1" w:after="100" w:afterAutospacing="1" w:line="240" w:lineRule="auto"/>
            <w:rPr>
              <w:sz w:val="28"/>
              <w:szCs w:val="28"/>
            </w:rPr>
          </w:pPr>
          <w:r w:rsidRPr="00756B96">
            <w:rPr>
              <w:sz w:val="28"/>
              <w:szCs w:val="28"/>
            </w:rPr>
            <w:t>____________________________</w:t>
          </w:r>
          <w:r w:rsidR="008110ED" w:rsidRPr="00756B96">
            <w:rPr>
              <w:sz w:val="28"/>
              <w:szCs w:val="28"/>
            </w:rPr>
            <w:t>_________________________</w:t>
          </w:r>
          <w:r w:rsidRPr="00756B96">
            <w:rPr>
              <w:sz w:val="28"/>
              <w:szCs w:val="28"/>
            </w:rPr>
            <w:t>________________</w:t>
          </w:r>
        </w:p>
      </w:sdtContent>
    </w:sdt>
    <w:p w14:paraId="4306E62D" w14:textId="32B774E5" w:rsidR="00C576E9" w:rsidRPr="00756B96" w:rsidRDefault="00756B96" w:rsidP="00756B96">
      <w:pPr>
        <w:spacing w:before="100" w:beforeAutospacing="1" w:after="100" w:afterAutospacing="1" w:line="240" w:lineRule="auto"/>
        <w:rPr>
          <w:sz w:val="28"/>
          <w:szCs w:val="28"/>
        </w:rPr>
      </w:pPr>
      <w:sdt>
        <w:sdtPr>
          <w:rPr>
            <w:sz w:val="28"/>
            <w:szCs w:val="28"/>
          </w:rPr>
          <w:id w:val="2019201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000000" w:rsidRPr="00756B96">
        <w:rPr>
          <w:sz w:val="28"/>
          <w:szCs w:val="28"/>
        </w:rPr>
        <w:t xml:space="preserve"> Post-observation discussion completed</w:t>
      </w:r>
    </w:p>
    <w:p w14:paraId="7AB91433" w14:textId="77777777" w:rsidR="00C576E9" w:rsidRPr="00756B96" w:rsidRDefault="00C576E9" w:rsidP="00756B96">
      <w:pPr>
        <w:spacing w:before="100" w:beforeAutospacing="1" w:after="100" w:afterAutospacing="1" w:line="240" w:lineRule="auto"/>
        <w:rPr>
          <w:sz w:val="28"/>
          <w:szCs w:val="28"/>
        </w:rPr>
      </w:pPr>
    </w:p>
    <w:p w14:paraId="2948F026" w14:textId="77777777" w:rsidR="00C576E9" w:rsidRPr="00756B96" w:rsidRDefault="00000000" w:rsidP="00756B96">
      <w:pPr>
        <w:spacing w:before="100" w:beforeAutospacing="1" w:after="100" w:afterAutospacing="1" w:line="240" w:lineRule="auto"/>
        <w:rPr>
          <w:b/>
          <w:bCs/>
          <w:sz w:val="28"/>
          <w:szCs w:val="28"/>
        </w:rPr>
      </w:pPr>
      <w:r w:rsidRPr="00756B96">
        <w:rPr>
          <w:b/>
          <w:bCs/>
          <w:sz w:val="28"/>
          <w:szCs w:val="28"/>
        </w:rPr>
        <w:t>Thank you for contributing to a culture of collaborative professional learning.</w:t>
      </w:r>
    </w:p>
    <w:sectPr w:rsidR="00C576E9" w:rsidRPr="00756B96" w:rsidSect="00756B96">
      <w:headerReference w:type="default" r:id="rId8"/>
      <w:footerReference w:type="default" r:id="rId9"/>
      <w:pgSz w:w="11907" w:h="16840" w:code="9"/>
      <w:pgMar w:top="2268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E0488" w14:textId="77777777" w:rsidR="00B714EA" w:rsidRDefault="00B714EA" w:rsidP="00331680">
      <w:pPr>
        <w:spacing w:after="0" w:line="240" w:lineRule="auto"/>
      </w:pPr>
      <w:r>
        <w:separator/>
      </w:r>
    </w:p>
  </w:endnote>
  <w:endnote w:type="continuationSeparator" w:id="0">
    <w:p w14:paraId="52487FA6" w14:textId="77777777" w:rsidR="00B714EA" w:rsidRDefault="00B714EA" w:rsidP="00331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B81CD" w14:textId="780A484F" w:rsidR="00331680" w:rsidRDefault="00331680">
    <w:pPr>
      <w:pStyle w:val="a6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C9B34D4" wp14:editId="2DAFB23C">
          <wp:simplePos x="0" y="0"/>
          <wp:positionH relativeFrom="page">
            <wp:posOffset>-13335</wp:posOffset>
          </wp:positionH>
          <wp:positionV relativeFrom="paragraph">
            <wp:posOffset>-265430</wp:posOffset>
          </wp:positionV>
          <wp:extent cx="7560000" cy="851375"/>
          <wp:effectExtent l="0" t="0" r="3175" b="6350"/>
          <wp:wrapNone/>
          <wp:docPr id="1564198777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851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8F903B" w14:textId="77777777" w:rsidR="00B714EA" w:rsidRDefault="00B714EA" w:rsidP="00331680">
      <w:pPr>
        <w:spacing w:after="0" w:line="240" w:lineRule="auto"/>
      </w:pPr>
      <w:r>
        <w:separator/>
      </w:r>
    </w:p>
  </w:footnote>
  <w:footnote w:type="continuationSeparator" w:id="0">
    <w:p w14:paraId="586B0582" w14:textId="77777777" w:rsidR="00B714EA" w:rsidRDefault="00B714EA" w:rsidP="00331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9B00D" w14:textId="3C287B2D" w:rsidR="00331680" w:rsidRDefault="00331680">
    <w:pPr>
      <w:pStyle w:val="a5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F489F9" wp14:editId="4888B76C">
          <wp:simplePos x="0" y="0"/>
          <wp:positionH relativeFrom="page">
            <wp:posOffset>-13335</wp:posOffset>
          </wp:positionH>
          <wp:positionV relativeFrom="paragraph">
            <wp:posOffset>-581025</wp:posOffset>
          </wp:positionV>
          <wp:extent cx="7560000" cy="1398001"/>
          <wp:effectExtent l="0" t="0" r="0" b="0"/>
          <wp:wrapNone/>
          <wp:docPr id="17579818" name="Picture 1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9800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40202050">
    <w:abstractNumId w:val="8"/>
  </w:num>
  <w:num w:numId="2" w16cid:durableId="1668634673">
    <w:abstractNumId w:val="6"/>
  </w:num>
  <w:num w:numId="3" w16cid:durableId="2081978713">
    <w:abstractNumId w:val="5"/>
  </w:num>
  <w:num w:numId="4" w16cid:durableId="620452599">
    <w:abstractNumId w:val="4"/>
  </w:num>
  <w:num w:numId="5" w16cid:durableId="1403719862">
    <w:abstractNumId w:val="7"/>
  </w:num>
  <w:num w:numId="6" w16cid:durableId="1701197778">
    <w:abstractNumId w:val="3"/>
  </w:num>
  <w:num w:numId="7" w16cid:durableId="1917782542">
    <w:abstractNumId w:val="2"/>
  </w:num>
  <w:num w:numId="8" w16cid:durableId="2086762428">
    <w:abstractNumId w:val="1"/>
  </w:num>
  <w:num w:numId="9" w16cid:durableId="1949462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6oY59ZeiO10UDAKr6vuUP6SSiCP4Jm/ggU1Y43F6HnJ+gesQxGaJS3V7e9pqAU+nuDI0x3TKG+F39wQLxP+RVg==" w:salt="7XaUhX7+0n4F4gmc7skCH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31680"/>
    <w:rsid w:val="004E7F36"/>
    <w:rsid w:val="00756B96"/>
    <w:rsid w:val="008110ED"/>
    <w:rsid w:val="009D6C1A"/>
    <w:rsid w:val="00AA1D8D"/>
    <w:rsid w:val="00B47730"/>
    <w:rsid w:val="00B714EA"/>
    <w:rsid w:val="00C576E9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E2F360B"/>
  <w14:defaultImageDpi w14:val="300"/>
  <w15:docId w15:val="{88334665-DC2F-4D63-A8DC-9D04925BF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Calibri" w:hAnsi="Calibri"/>
      <w:sz w:val="20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العنوان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العنوان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عنوان فرعي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نص أساسي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نص أساسي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نص ماكرو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اقتباس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عنوان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عنوان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عنوان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عنوان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اقتباس مكثف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aff2">
    <w:name w:val="Placeholder Text"/>
    <w:basedOn w:val="a2"/>
    <w:uiPriority w:val="99"/>
    <w:semiHidden/>
    <w:rsid w:val="00756B9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FAFA423-4463-4E7B-B5C6-734033ED1831}"/>
      </w:docPartPr>
      <w:docPartBody>
        <w:p w:rsidR="00000000" w:rsidRDefault="00F3414F">
          <w:r w:rsidRPr="00C43645">
            <w:rPr>
              <w:rStyle w:val="a3"/>
              <w:rFonts w:hint="cs"/>
              <w:rtl/>
            </w:rPr>
            <w:t>انقر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أو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اضغط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هنا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لإدخال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نص</w:t>
          </w:r>
          <w:r w:rsidRPr="00C43645">
            <w:rPr>
              <w:rStyle w:val="a3"/>
            </w:rPr>
            <w:t>.</w:t>
          </w:r>
        </w:p>
      </w:docPartBody>
    </w:docPart>
    <w:docPart>
      <w:docPartPr>
        <w:name w:val="DefaultPlaceholder_-185401343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148B9E25-7924-4A73-99AA-15362A38F5AE}"/>
      </w:docPartPr>
      <w:docPartBody>
        <w:p w:rsidR="00000000" w:rsidRDefault="00F3414F">
          <w:r w:rsidRPr="00C43645">
            <w:rPr>
              <w:rStyle w:val="a3"/>
              <w:rFonts w:hint="cs"/>
              <w:rtl/>
            </w:rPr>
            <w:t>انقر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أو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اضغط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لإدخال</w:t>
          </w:r>
          <w:r w:rsidRPr="00C43645">
            <w:rPr>
              <w:rStyle w:val="a3"/>
              <w:rtl/>
            </w:rPr>
            <w:t xml:space="preserve"> </w:t>
          </w:r>
          <w:r w:rsidRPr="00C43645">
            <w:rPr>
              <w:rStyle w:val="a3"/>
              <w:rFonts w:hint="cs"/>
              <w:rtl/>
            </w:rPr>
            <w:t>تاريخ</w:t>
          </w:r>
          <w:r w:rsidRPr="00C4364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14F"/>
    <w:rsid w:val="001B4C05"/>
    <w:rsid w:val="004E7F36"/>
    <w:rsid w:val="00F3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3414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2275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Ammar I. Almaimani</cp:lastModifiedBy>
  <cp:revision>4</cp:revision>
  <dcterms:created xsi:type="dcterms:W3CDTF">2013-12-23T23:15:00Z</dcterms:created>
  <dcterms:modified xsi:type="dcterms:W3CDTF">2026-06-28T10:22:00Z</dcterms:modified>
  <cp:category/>
</cp:coreProperties>
</file>